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EC17" w14:textId="746CA088" w:rsidR="00C578F7" w:rsidRPr="00213A96" w:rsidRDefault="00C578F7" w:rsidP="00C578F7">
      <w:pPr>
        <w:pStyle w:val="Heading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213A96">
        <w:rPr>
          <w:rFonts w:ascii="Arial" w:hAnsi="Arial" w:cs="Arial"/>
          <w:color w:val="auto"/>
          <w:sz w:val="32"/>
          <w:szCs w:val="32"/>
        </w:rPr>
        <w:t xml:space="preserve">NOMINATION FORM </w:t>
      </w:r>
    </w:p>
    <w:p w14:paraId="11023A8E" w14:textId="0A2B7763" w:rsidR="0018267D" w:rsidRPr="00213A96" w:rsidRDefault="00C578F7" w:rsidP="00C578F7">
      <w:pPr>
        <w:pStyle w:val="Heading1"/>
        <w:spacing w:before="0"/>
        <w:jc w:val="center"/>
        <w:rPr>
          <w:rFonts w:ascii="Arial" w:hAnsi="Arial" w:cs="Arial"/>
          <w:color w:val="002060"/>
          <w:sz w:val="32"/>
          <w:szCs w:val="32"/>
        </w:rPr>
      </w:pPr>
      <w:r w:rsidRPr="00213A96">
        <w:rPr>
          <w:rFonts w:ascii="Arial" w:hAnsi="Arial" w:cs="Arial"/>
          <w:color w:val="002060"/>
          <w:sz w:val="32"/>
          <w:szCs w:val="32"/>
        </w:rPr>
        <w:t>YABURARA AND COASTAL MARDUDHUNERA ABORIGINAL CHARITABLE TRUST – TRUST ADVISORY COMMITTEE</w:t>
      </w:r>
      <w:r w:rsidR="00213A96" w:rsidRPr="00213A96">
        <w:rPr>
          <w:rFonts w:ascii="Arial" w:hAnsi="Arial" w:cs="Arial"/>
          <w:color w:val="002060"/>
          <w:sz w:val="32"/>
          <w:szCs w:val="32"/>
        </w:rPr>
        <w:t xml:space="preserve"> 2026</w:t>
      </w:r>
    </w:p>
    <w:p w14:paraId="1D8D0CC4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Advisory Trustee Nomination Form</w:t>
      </w:r>
    </w:p>
    <w:p w14:paraId="472F7100" w14:textId="6835CB9A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 xml:space="preserve">Please select your </w:t>
      </w:r>
      <w:r w:rsidR="002747B1" w:rsidRPr="00213A96">
        <w:rPr>
          <w:rFonts w:ascii="Arial" w:hAnsi="Arial" w:cs="Arial"/>
        </w:rPr>
        <w:t>F</w:t>
      </w:r>
      <w:r w:rsidRPr="00213A96">
        <w:rPr>
          <w:rFonts w:ascii="Arial" w:hAnsi="Arial" w:cs="Arial"/>
        </w:rPr>
        <w:t>amily</w:t>
      </w:r>
      <w:r w:rsidR="002747B1" w:rsidRPr="00213A96">
        <w:rPr>
          <w:rFonts w:ascii="Arial" w:hAnsi="Arial" w:cs="Arial"/>
        </w:rPr>
        <w:t xml:space="preserve"> G</w:t>
      </w:r>
      <w:r w:rsidRPr="00213A96">
        <w:rPr>
          <w:rFonts w:ascii="Arial" w:hAnsi="Arial" w:cs="Arial"/>
        </w:rPr>
        <w:t>roup:</w:t>
      </w:r>
    </w:p>
    <w:p w14:paraId="020EF6E1" w14:textId="4F48E529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Boona Family    </w:t>
      </w: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Cosmos Family    </w:t>
      </w: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Cooper Family    </w:t>
      </w:r>
    </w:p>
    <w:p w14:paraId="1321BC1B" w14:textId="77777777" w:rsidR="0018267D" w:rsidRPr="00213A96" w:rsidRDefault="00C578F7">
      <w:pPr>
        <w:pStyle w:val="Heading2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Nominee Details</w:t>
      </w:r>
    </w:p>
    <w:p w14:paraId="103A0B4A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Name: ___________________________________________</w:t>
      </w:r>
    </w:p>
    <w:p w14:paraId="1DCFD832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Address: ___________________________________________</w:t>
      </w:r>
    </w:p>
    <w:p w14:paraId="49A5C67D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Phone: ___________________________________________</w:t>
      </w:r>
    </w:p>
    <w:p w14:paraId="77BC7875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Email: ___________________________________________</w:t>
      </w:r>
    </w:p>
    <w:p w14:paraId="1466128C" w14:textId="30F35FBC" w:rsidR="0018267D" w:rsidRPr="00213A96" w:rsidRDefault="001A5FBD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Mandatory Requirements</w:t>
      </w:r>
    </w:p>
    <w:p w14:paraId="0101A1DA" w14:textId="77777777" w:rsidR="001A5FBD" w:rsidRPr="00213A96" w:rsidRDefault="001A5FBD" w:rsidP="001A5FB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3A96">
        <w:rPr>
          <w:rFonts w:ascii="Arial" w:hAnsi="Arial" w:cs="Arial"/>
        </w:rPr>
        <w:t xml:space="preserve">Participate </w:t>
      </w:r>
      <w:r w:rsidR="00C578F7" w:rsidRPr="00213A96">
        <w:rPr>
          <w:rFonts w:ascii="Arial" w:hAnsi="Arial" w:cs="Arial"/>
        </w:rPr>
        <w:t>in governance training</w:t>
      </w:r>
    </w:p>
    <w:p w14:paraId="6A38475F" w14:textId="688D404D" w:rsidR="001A5FBD" w:rsidRPr="00213A96" w:rsidRDefault="001A5FBD" w:rsidP="001A5FB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3A96">
        <w:rPr>
          <w:rFonts w:ascii="Arial" w:hAnsi="Arial" w:cs="Arial"/>
        </w:rPr>
        <w:t>A</w:t>
      </w:r>
      <w:r w:rsidR="00C578F7" w:rsidRPr="00213A96">
        <w:rPr>
          <w:rFonts w:ascii="Arial" w:hAnsi="Arial" w:cs="Arial"/>
        </w:rPr>
        <w:t>bide by the Trust’s Code of Conduct</w:t>
      </w:r>
    </w:p>
    <w:p w14:paraId="69D77521" w14:textId="0DE8AC22" w:rsidR="0018267D" w:rsidRPr="00213A96" w:rsidRDefault="001A5FBD" w:rsidP="001A5FB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3A96">
        <w:rPr>
          <w:rFonts w:ascii="Arial" w:hAnsi="Arial" w:cs="Arial"/>
        </w:rPr>
        <w:t xml:space="preserve">Obtain </w:t>
      </w:r>
      <w:r w:rsidR="00C578F7" w:rsidRPr="00213A96">
        <w:rPr>
          <w:rFonts w:ascii="Arial" w:hAnsi="Arial" w:cs="Arial"/>
        </w:rPr>
        <w:t>a National Police Check</w:t>
      </w:r>
    </w:p>
    <w:p w14:paraId="1B25A50D" w14:textId="142EBF3D" w:rsidR="001A5FBD" w:rsidRPr="00213A96" w:rsidRDefault="001A5FBD" w:rsidP="001A5FB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3A96">
        <w:rPr>
          <w:rFonts w:ascii="Arial" w:hAnsi="Arial" w:cs="Arial"/>
        </w:rPr>
        <w:t>Maintain confidentiality</w:t>
      </w:r>
    </w:p>
    <w:p w14:paraId="09B571FF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Personal Statement</w:t>
      </w:r>
    </w:p>
    <w:p w14:paraId="10E2F28C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provide a brief statement outlining:</w:t>
      </w:r>
    </w:p>
    <w:p w14:paraId="6D7F8D18" w14:textId="53CD98AD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- Your reasons for wanting to be elected</w:t>
      </w:r>
      <w:r w:rsidRPr="00213A96">
        <w:rPr>
          <w:rFonts w:ascii="Arial" w:hAnsi="Arial" w:cs="Arial"/>
        </w:rPr>
        <w:br/>
        <w:t>- Personal qualities, skills, and experience</w:t>
      </w:r>
      <w:r w:rsidRPr="00213A96">
        <w:rPr>
          <w:rFonts w:ascii="Arial" w:hAnsi="Arial" w:cs="Arial"/>
        </w:rPr>
        <w:br/>
        <w:t xml:space="preserve">- Why </w:t>
      </w:r>
      <w:r w:rsidR="00213A96" w:rsidRPr="00213A96">
        <w:rPr>
          <w:rFonts w:ascii="Arial" w:hAnsi="Arial" w:cs="Arial"/>
        </w:rPr>
        <w:t>would you</w:t>
      </w:r>
      <w:r w:rsidRPr="00213A96">
        <w:rPr>
          <w:rFonts w:ascii="Arial" w:hAnsi="Arial" w:cs="Arial"/>
        </w:rPr>
        <w:t xml:space="preserve"> be a good representative of the Trust Advisory Council</w:t>
      </w:r>
      <w:r w:rsidR="00213A96" w:rsidRPr="00213A96">
        <w:rPr>
          <w:rFonts w:ascii="Arial" w:hAnsi="Arial" w:cs="Arial"/>
        </w:rPr>
        <w:t xml:space="preserve"> and your family/community?</w:t>
      </w:r>
    </w:p>
    <w:p w14:paraId="67633419" w14:textId="77777777" w:rsidR="00E8571A" w:rsidRPr="00213A96" w:rsidRDefault="00E8571A">
      <w:pPr>
        <w:rPr>
          <w:rFonts w:ascii="Arial" w:hAnsi="Arial" w:cs="Arial"/>
        </w:rPr>
      </w:pPr>
    </w:p>
    <w:p w14:paraId="219E46E7" w14:textId="77777777" w:rsidR="00E8571A" w:rsidRPr="00213A96" w:rsidRDefault="00E8571A">
      <w:pPr>
        <w:rPr>
          <w:rFonts w:ascii="Arial" w:hAnsi="Arial" w:cs="Arial"/>
        </w:rPr>
      </w:pPr>
    </w:p>
    <w:p w14:paraId="7C6D3E88" w14:textId="77777777" w:rsidR="00E8571A" w:rsidRPr="00213A96" w:rsidRDefault="00E8571A">
      <w:pPr>
        <w:rPr>
          <w:rFonts w:ascii="Arial" w:hAnsi="Arial" w:cs="Arial"/>
        </w:rPr>
      </w:pPr>
    </w:p>
    <w:p w14:paraId="018D0795" w14:textId="77777777" w:rsidR="00E8571A" w:rsidRPr="00213A96" w:rsidRDefault="00E8571A">
      <w:pPr>
        <w:rPr>
          <w:rFonts w:ascii="Arial" w:hAnsi="Arial" w:cs="Arial"/>
        </w:rPr>
      </w:pPr>
    </w:p>
    <w:p w14:paraId="39E3E970" w14:textId="77777777" w:rsidR="00E8571A" w:rsidRPr="00213A96" w:rsidRDefault="00E8571A">
      <w:pPr>
        <w:rPr>
          <w:rFonts w:ascii="Arial" w:hAnsi="Arial" w:cs="Arial"/>
        </w:rPr>
      </w:pPr>
    </w:p>
    <w:p w14:paraId="6825D068" w14:textId="77777777" w:rsidR="00E8571A" w:rsidRPr="00213A96" w:rsidRDefault="00E8571A">
      <w:pPr>
        <w:rPr>
          <w:rFonts w:ascii="Arial" w:hAnsi="Arial" w:cs="Arial"/>
        </w:rPr>
      </w:pPr>
    </w:p>
    <w:p w14:paraId="5154C050" w14:textId="41F33E56" w:rsidR="0018267D" w:rsidRPr="00213A96" w:rsidRDefault="0018267D">
      <w:pPr>
        <w:rPr>
          <w:rFonts w:ascii="Arial" w:hAnsi="Arial" w:cs="Arial"/>
        </w:rPr>
      </w:pPr>
    </w:p>
    <w:p w14:paraId="3B629ACC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lastRenderedPageBreak/>
        <w:t>Relevant Training &amp; Qualifications</w:t>
      </w:r>
    </w:p>
    <w:p w14:paraId="3F4C158F" w14:textId="26702472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list any training or qualifications that would assist you in this position:</w:t>
      </w:r>
    </w:p>
    <w:p w14:paraId="61B4AA85" w14:textId="77777777" w:rsidR="00C578F7" w:rsidRPr="00213A96" w:rsidRDefault="00C578F7">
      <w:pPr>
        <w:rPr>
          <w:rFonts w:ascii="Arial" w:hAnsi="Arial" w:cs="Arial"/>
        </w:rPr>
      </w:pPr>
    </w:p>
    <w:p w14:paraId="42A50B17" w14:textId="77777777" w:rsidR="00C578F7" w:rsidRPr="00213A96" w:rsidRDefault="00C578F7">
      <w:pPr>
        <w:rPr>
          <w:rFonts w:ascii="Arial" w:hAnsi="Arial" w:cs="Arial"/>
        </w:rPr>
      </w:pPr>
    </w:p>
    <w:p w14:paraId="3D754968" w14:textId="77777777" w:rsidR="00C578F7" w:rsidRPr="00213A96" w:rsidRDefault="00C578F7">
      <w:pPr>
        <w:rPr>
          <w:rFonts w:ascii="Arial" w:hAnsi="Arial" w:cs="Arial"/>
        </w:rPr>
      </w:pPr>
    </w:p>
    <w:p w14:paraId="63B021F0" w14:textId="77777777" w:rsidR="00421E02" w:rsidRPr="00213A96" w:rsidRDefault="00421E02">
      <w:pPr>
        <w:rPr>
          <w:rFonts w:ascii="Arial" w:hAnsi="Arial" w:cs="Arial"/>
        </w:rPr>
      </w:pPr>
    </w:p>
    <w:p w14:paraId="64E3F0A7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Board or Committee Experience</w:t>
      </w:r>
    </w:p>
    <w:p w14:paraId="1794317A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list any relevant experience:</w:t>
      </w:r>
    </w:p>
    <w:p w14:paraId="2B3AE3FF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br/>
      </w:r>
      <w:r w:rsidRPr="00213A96">
        <w:rPr>
          <w:rFonts w:ascii="Arial" w:hAnsi="Arial" w:cs="Arial"/>
        </w:rPr>
        <w:br/>
      </w:r>
      <w:r w:rsidRPr="00213A96">
        <w:rPr>
          <w:rFonts w:ascii="Arial" w:hAnsi="Arial" w:cs="Arial"/>
        </w:rPr>
        <w:br/>
      </w:r>
    </w:p>
    <w:p w14:paraId="0D497CD7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Skills &amp; Experience</w:t>
      </w:r>
    </w:p>
    <w:p w14:paraId="5746F75B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Finances: _________________________________________</w:t>
      </w:r>
    </w:p>
    <w:p w14:paraId="588C4130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Policy: _________________________________________</w:t>
      </w:r>
    </w:p>
    <w:p w14:paraId="17ADB431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Communication: _________________________________________</w:t>
      </w:r>
    </w:p>
    <w:p w14:paraId="7DE688E6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Management: _________________________________________</w:t>
      </w:r>
    </w:p>
    <w:p w14:paraId="101EDC3D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Teaching: _________________________________________</w:t>
      </w:r>
    </w:p>
    <w:p w14:paraId="0AF3CD3B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Segoe UI Symbol" w:hAnsi="Segoe UI Symbol" w:cs="Segoe UI Symbol"/>
        </w:rPr>
        <w:t>☐</w:t>
      </w:r>
      <w:r w:rsidRPr="00213A96">
        <w:rPr>
          <w:rFonts w:ascii="Arial" w:hAnsi="Arial" w:cs="Arial"/>
        </w:rPr>
        <w:t xml:space="preserve"> Other: _________________________________________</w:t>
      </w:r>
    </w:p>
    <w:p w14:paraId="46150555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Current Board or Committee Memberships</w:t>
      </w:r>
    </w:p>
    <w:p w14:paraId="2F7A70DC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list any Boards or Committees you currently sit on:</w:t>
      </w:r>
    </w:p>
    <w:p w14:paraId="46F88D24" w14:textId="77777777" w:rsidR="00C578F7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br/>
      </w:r>
      <w:r w:rsidRPr="00213A96">
        <w:rPr>
          <w:rFonts w:ascii="Arial" w:hAnsi="Arial" w:cs="Arial"/>
        </w:rPr>
        <w:br/>
      </w:r>
    </w:p>
    <w:p w14:paraId="14DC462C" w14:textId="77777777" w:rsidR="00C578F7" w:rsidRPr="00213A96" w:rsidRDefault="00C578F7">
      <w:pPr>
        <w:rPr>
          <w:rFonts w:ascii="Arial" w:hAnsi="Arial" w:cs="Arial"/>
        </w:rPr>
      </w:pPr>
    </w:p>
    <w:p w14:paraId="09E38A08" w14:textId="77777777" w:rsidR="00C578F7" w:rsidRPr="00213A96" w:rsidRDefault="00C578F7">
      <w:pPr>
        <w:rPr>
          <w:rFonts w:ascii="Arial" w:hAnsi="Arial" w:cs="Arial"/>
        </w:rPr>
      </w:pPr>
    </w:p>
    <w:p w14:paraId="384AECF4" w14:textId="77777777" w:rsidR="00C578F7" w:rsidRPr="00213A96" w:rsidRDefault="00C578F7">
      <w:pPr>
        <w:rPr>
          <w:rFonts w:ascii="Arial" w:hAnsi="Arial" w:cs="Arial"/>
        </w:rPr>
      </w:pPr>
    </w:p>
    <w:p w14:paraId="07487FBE" w14:textId="793318CA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br/>
      </w:r>
    </w:p>
    <w:p w14:paraId="03594B02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lastRenderedPageBreak/>
        <w:t>Availability</w:t>
      </w:r>
    </w:p>
    <w:p w14:paraId="139F3AEF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advise if there are any times you are not available to attend TAC meetings:</w:t>
      </w:r>
    </w:p>
    <w:p w14:paraId="5EA4A6EF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br/>
      </w:r>
      <w:r w:rsidRPr="00213A96">
        <w:rPr>
          <w:rFonts w:ascii="Arial" w:hAnsi="Arial" w:cs="Arial"/>
        </w:rPr>
        <w:br/>
      </w:r>
      <w:r w:rsidRPr="00213A96">
        <w:rPr>
          <w:rFonts w:ascii="Arial" w:hAnsi="Arial" w:cs="Arial"/>
        </w:rPr>
        <w:br/>
      </w:r>
    </w:p>
    <w:p w14:paraId="6DA4FCEF" w14:textId="77777777" w:rsidR="0018267D" w:rsidRPr="00213A96" w:rsidRDefault="00C578F7" w:rsidP="00C578F7">
      <w:pPr>
        <w:pStyle w:val="Heading2"/>
        <w:shd w:val="clear" w:color="auto" w:fill="95B3D7" w:themeFill="accent1" w:themeFillTint="99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Training History</w:t>
      </w:r>
    </w:p>
    <w:p w14:paraId="6D883C0E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list any training completed in business, governance, or related to boards/committees: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8267D" w:rsidRPr="00213A96" w14:paraId="4396A226" w14:textId="77777777">
        <w:tc>
          <w:tcPr>
            <w:tcW w:w="2880" w:type="dxa"/>
          </w:tcPr>
          <w:p w14:paraId="1E74E032" w14:textId="77777777" w:rsidR="0018267D" w:rsidRPr="00213A96" w:rsidRDefault="00C578F7">
            <w:pPr>
              <w:rPr>
                <w:rFonts w:ascii="Arial" w:hAnsi="Arial" w:cs="Arial"/>
              </w:rPr>
            </w:pPr>
            <w:r w:rsidRPr="00213A96">
              <w:rPr>
                <w:rFonts w:ascii="Arial" w:hAnsi="Arial" w:cs="Arial"/>
              </w:rPr>
              <w:t>Training Name</w:t>
            </w:r>
          </w:p>
        </w:tc>
        <w:tc>
          <w:tcPr>
            <w:tcW w:w="2880" w:type="dxa"/>
          </w:tcPr>
          <w:p w14:paraId="04C9A26D" w14:textId="77777777" w:rsidR="0018267D" w:rsidRPr="00213A96" w:rsidRDefault="00C578F7">
            <w:pPr>
              <w:rPr>
                <w:rFonts w:ascii="Arial" w:hAnsi="Arial" w:cs="Arial"/>
              </w:rPr>
            </w:pPr>
            <w:r w:rsidRPr="00213A96">
              <w:rPr>
                <w:rFonts w:ascii="Arial" w:hAnsi="Arial" w:cs="Arial"/>
              </w:rPr>
              <w:t>Description</w:t>
            </w:r>
          </w:p>
        </w:tc>
        <w:tc>
          <w:tcPr>
            <w:tcW w:w="2880" w:type="dxa"/>
          </w:tcPr>
          <w:p w14:paraId="4668F548" w14:textId="77777777" w:rsidR="0018267D" w:rsidRPr="00213A96" w:rsidRDefault="00C578F7">
            <w:pPr>
              <w:rPr>
                <w:rFonts w:ascii="Arial" w:hAnsi="Arial" w:cs="Arial"/>
              </w:rPr>
            </w:pPr>
            <w:r w:rsidRPr="00213A96">
              <w:rPr>
                <w:rFonts w:ascii="Arial" w:hAnsi="Arial" w:cs="Arial"/>
              </w:rPr>
              <w:t>Date Completed</w:t>
            </w:r>
          </w:p>
        </w:tc>
      </w:tr>
      <w:tr w:rsidR="0018267D" w:rsidRPr="00213A96" w14:paraId="7633A3DB" w14:textId="77777777">
        <w:tc>
          <w:tcPr>
            <w:tcW w:w="2880" w:type="dxa"/>
          </w:tcPr>
          <w:p w14:paraId="04D7613A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55B9A43E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4DDEC4E0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</w:tr>
      <w:tr w:rsidR="0018267D" w:rsidRPr="00213A96" w14:paraId="2ADC947B" w14:textId="77777777">
        <w:tc>
          <w:tcPr>
            <w:tcW w:w="2880" w:type="dxa"/>
          </w:tcPr>
          <w:p w14:paraId="36220AA3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52FECF47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1462BC40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</w:tr>
      <w:tr w:rsidR="0018267D" w:rsidRPr="00213A96" w14:paraId="3C79D55A" w14:textId="77777777">
        <w:tc>
          <w:tcPr>
            <w:tcW w:w="2880" w:type="dxa"/>
          </w:tcPr>
          <w:p w14:paraId="6B38F31F" w14:textId="3A915F92" w:rsidR="0018267D" w:rsidRPr="00213A96" w:rsidRDefault="00304D4B">
            <w:pPr>
              <w:rPr>
                <w:rFonts w:ascii="Arial" w:hAnsi="Arial" w:cs="Arial"/>
              </w:rPr>
            </w:pPr>
            <w:r w:rsidRPr="00213A96">
              <w:rPr>
                <w:rFonts w:ascii="Arial" w:hAnsi="Arial" w:cs="Arial"/>
              </w:rPr>
              <w:t>Please attach a current CV with your completed form.</w:t>
            </w:r>
          </w:p>
        </w:tc>
        <w:tc>
          <w:tcPr>
            <w:tcW w:w="2880" w:type="dxa"/>
          </w:tcPr>
          <w:p w14:paraId="02D3CE32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129A173A" w14:textId="77777777" w:rsidR="0018267D" w:rsidRPr="00213A96" w:rsidRDefault="0018267D">
            <w:pPr>
              <w:rPr>
                <w:rFonts w:ascii="Arial" w:hAnsi="Arial" w:cs="Arial"/>
              </w:rPr>
            </w:pPr>
          </w:p>
        </w:tc>
      </w:tr>
    </w:tbl>
    <w:p w14:paraId="28FAC0E7" w14:textId="77777777" w:rsidR="0018267D" w:rsidRPr="00213A96" w:rsidRDefault="00C578F7">
      <w:pPr>
        <w:pStyle w:val="Heading2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Declaration</w:t>
      </w:r>
    </w:p>
    <w:p w14:paraId="36C72447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Name: ___________________________________________</w:t>
      </w:r>
    </w:p>
    <w:p w14:paraId="10C780C7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Signature: _______________________________________</w:t>
      </w:r>
    </w:p>
    <w:p w14:paraId="50A4029F" w14:textId="77777777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Date: ___________________________________________</w:t>
      </w:r>
    </w:p>
    <w:p w14:paraId="3F056DAC" w14:textId="77777777" w:rsidR="0018267D" w:rsidRPr="00213A96" w:rsidRDefault="00C578F7">
      <w:pPr>
        <w:pStyle w:val="Heading2"/>
        <w:rPr>
          <w:rFonts w:ascii="Arial" w:hAnsi="Arial" w:cs="Arial"/>
          <w:color w:val="002060"/>
        </w:rPr>
      </w:pPr>
      <w:r w:rsidRPr="00213A96">
        <w:rPr>
          <w:rFonts w:ascii="Arial" w:hAnsi="Arial" w:cs="Arial"/>
          <w:color w:val="002060"/>
        </w:rPr>
        <w:t>Submission Instructions</w:t>
      </w:r>
    </w:p>
    <w:p w14:paraId="4E4D2624" w14:textId="26614BF0" w:rsidR="0018267D" w:rsidRPr="00213A96" w:rsidRDefault="00C578F7">
      <w:pPr>
        <w:rPr>
          <w:rFonts w:ascii="Arial" w:hAnsi="Arial" w:cs="Arial"/>
        </w:rPr>
      </w:pPr>
      <w:r w:rsidRPr="00213A96">
        <w:rPr>
          <w:rFonts w:ascii="Arial" w:hAnsi="Arial" w:cs="Arial"/>
        </w:rPr>
        <w:t>Please submit all nominations to the Trustee.</w:t>
      </w:r>
      <w:r w:rsidRPr="00213A96">
        <w:rPr>
          <w:rFonts w:ascii="Arial" w:hAnsi="Arial" w:cs="Arial"/>
        </w:rPr>
        <w:br/>
        <w:t xml:space="preserve">Deadline: </w:t>
      </w:r>
      <w:r w:rsidR="00213A96">
        <w:rPr>
          <w:rFonts w:ascii="Arial" w:hAnsi="Arial" w:cs="Arial"/>
        </w:rPr>
        <w:t>30</w:t>
      </w:r>
      <w:r w:rsidR="00555495" w:rsidRPr="00213A96">
        <w:rPr>
          <w:rFonts w:ascii="Arial" w:hAnsi="Arial" w:cs="Arial"/>
        </w:rPr>
        <w:t xml:space="preserve"> October</w:t>
      </w:r>
      <w:r w:rsidR="00E8571A" w:rsidRPr="00213A96">
        <w:rPr>
          <w:rFonts w:ascii="Arial" w:hAnsi="Arial" w:cs="Arial"/>
        </w:rPr>
        <w:t xml:space="preserve"> 2026</w:t>
      </w:r>
      <w:r w:rsidRPr="00213A96">
        <w:rPr>
          <w:rFonts w:ascii="Arial" w:hAnsi="Arial" w:cs="Arial"/>
        </w:rPr>
        <w:br/>
        <w:t xml:space="preserve">Email: </w:t>
      </w:r>
      <w:hyperlink r:id="rId8" w:history="1">
        <w:r w:rsidR="00213A96" w:rsidRPr="0064614B">
          <w:rPr>
            <w:rStyle w:val="Hyperlink"/>
            <w:rFonts w:ascii="Arial" w:hAnsi="Arial" w:cs="Arial"/>
          </w:rPr>
          <w:t>applications-nt@perpetualwealth.com.au</w:t>
        </w:r>
      </w:hyperlink>
    </w:p>
    <w:p w14:paraId="2D66AF93" w14:textId="77777777" w:rsidR="001A5FBD" w:rsidRPr="00213A96" w:rsidRDefault="001A5FBD">
      <w:pPr>
        <w:rPr>
          <w:rFonts w:ascii="Arial" w:hAnsi="Arial" w:cs="Arial"/>
        </w:rPr>
      </w:pPr>
    </w:p>
    <w:p w14:paraId="1E866E80" w14:textId="60DBC560" w:rsidR="001A5FBD" w:rsidRPr="00213A96" w:rsidRDefault="001A5FBD">
      <w:pPr>
        <w:rPr>
          <w:rFonts w:ascii="Arial" w:hAnsi="Arial" w:cs="Arial"/>
        </w:rPr>
      </w:pPr>
      <w:r w:rsidRPr="00213A96">
        <w:rPr>
          <w:rFonts w:ascii="Arial" w:hAnsi="Arial" w:cs="Arial"/>
        </w:rPr>
        <w:t>Nominees will be asked for their resume/CV and interviewed by the Trustee.</w:t>
      </w:r>
    </w:p>
    <w:sectPr w:rsidR="001A5FBD" w:rsidRPr="00213A96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F4E95" w14:textId="77777777" w:rsidR="00D12A04" w:rsidRDefault="00D12A04" w:rsidP="00C578F7">
      <w:pPr>
        <w:spacing w:after="0" w:line="240" w:lineRule="auto"/>
      </w:pPr>
      <w:r>
        <w:separator/>
      </w:r>
    </w:p>
  </w:endnote>
  <w:endnote w:type="continuationSeparator" w:id="0">
    <w:p w14:paraId="167D631F" w14:textId="77777777" w:rsidR="00D12A04" w:rsidRDefault="00D12A04" w:rsidP="00C57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A72E" w14:textId="0ADA3E46" w:rsidR="00C578F7" w:rsidRDefault="00C578F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193B840" wp14:editId="3C075F3F">
          <wp:simplePos x="0" y="0"/>
          <wp:positionH relativeFrom="column">
            <wp:posOffset>-825500</wp:posOffset>
          </wp:positionH>
          <wp:positionV relativeFrom="paragraph">
            <wp:posOffset>-147319</wp:posOffset>
          </wp:positionV>
          <wp:extent cx="1349233" cy="482600"/>
          <wp:effectExtent l="0" t="0" r="3810" b="0"/>
          <wp:wrapNone/>
          <wp:docPr id="15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" descr="A blue and white logo&#10;&#10;AI-generated content may be incorrect.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415" cy="483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C1586A" wp14:editId="6BF055AA">
          <wp:simplePos x="0" y="0"/>
          <wp:positionH relativeFrom="column">
            <wp:posOffset>3702050</wp:posOffset>
          </wp:positionH>
          <wp:positionV relativeFrom="paragraph">
            <wp:posOffset>-193040</wp:posOffset>
          </wp:positionV>
          <wp:extent cx="2729230" cy="617220"/>
          <wp:effectExtent l="0" t="0" r="0" b="0"/>
          <wp:wrapThrough wrapText="bothSides">
            <wp:wrapPolygon edited="0">
              <wp:start x="0" y="0"/>
              <wp:lineTo x="0" y="20667"/>
              <wp:lineTo x="21409" y="20667"/>
              <wp:lineTo x="21409" y="0"/>
              <wp:lineTo x="0" y="0"/>
            </wp:wrapPolygon>
          </wp:wrapThrough>
          <wp:docPr id="3" name="Picture 3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text on a white background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456E6" w14:textId="77777777" w:rsidR="00D12A04" w:rsidRDefault="00D12A04" w:rsidP="00C578F7">
      <w:pPr>
        <w:spacing w:after="0" w:line="240" w:lineRule="auto"/>
      </w:pPr>
      <w:r>
        <w:separator/>
      </w:r>
    </w:p>
  </w:footnote>
  <w:footnote w:type="continuationSeparator" w:id="0">
    <w:p w14:paraId="6CC4FD16" w14:textId="77777777" w:rsidR="00D12A04" w:rsidRDefault="00D12A04" w:rsidP="00C57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2550B8"/>
    <w:multiLevelType w:val="hybridMultilevel"/>
    <w:tmpl w:val="E8CC5C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367C7"/>
    <w:multiLevelType w:val="hybridMultilevel"/>
    <w:tmpl w:val="047A16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588110">
    <w:abstractNumId w:val="8"/>
  </w:num>
  <w:num w:numId="2" w16cid:durableId="900100642">
    <w:abstractNumId w:val="6"/>
  </w:num>
  <w:num w:numId="3" w16cid:durableId="2142376891">
    <w:abstractNumId w:val="5"/>
  </w:num>
  <w:num w:numId="4" w16cid:durableId="1271669104">
    <w:abstractNumId w:val="4"/>
  </w:num>
  <w:num w:numId="5" w16cid:durableId="1588345362">
    <w:abstractNumId w:val="7"/>
  </w:num>
  <w:num w:numId="6" w16cid:durableId="166099456">
    <w:abstractNumId w:val="3"/>
  </w:num>
  <w:num w:numId="7" w16cid:durableId="747774287">
    <w:abstractNumId w:val="2"/>
  </w:num>
  <w:num w:numId="8" w16cid:durableId="1223448891">
    <w:abstractNumId w:val="1"/>
  </w:num>
  <w:num w:numId="9" w16cid:durableId="10644907">
    <w:abstractNumId w:val="0"/>
  </w:num>
  <w:num w:numId="10" w16cid:durableId="1547597377">
    <w:abstractNumId w:val="10"/>
  </w:num>
  <w:num w:numId="11" w16cid:durableId="357203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72F"/>
    <w:rsid w:val="00034616"/>
    <w:rsid w:val="0006063C"/>
    <w:rsid w:val="0015074B"/>
    <w:rsid w:val="0018267D"/>
    <w:rsid w:val="001A4F9D"/>
    <w:rsid w:val="001A5FBD"/>
    <w:rsid w:val="00213A96"/>
    <w:rsid w:val="00236249"/>
    <w:rsid w:val="002747B1"/>
    <w:rsid w:val="0029639D"/>
    <w:rsid w:val="002D00B0"/>
    <w:rsid w:val="00304D4B"/>
    <w:rsid w:val="00326F90"/>
    <w:rsid w:val="00421E02"/>
    <w:rsid w:val="00555495"/>
    <w:rsid w:val="006F5208"/>
    <w:rsid w:val="008467A7"/>
    <w:rsid w:val="009B7753"/>
    <w:rsid w:val="00A539BE"/>
    <w:rsid w:val="00A671D2"/>
    <w:rsid w:val="00AA1D8D"/>
    <w:rsid w:val="00B1667C"/>
    <w:rsid w:val="00B47730"/>
    <w:rsid w:val="00C578F7"/>
    <w:rsid w:val="00CB0664"/>
    <w:rsid w:val="00D12A04"/>
    <w:rsid w:val="00D13E13"/>
    <w:rsid w:val="00E43BFF"/>
    <w:rsid w:val="00E56864"/>
    <w:rsid w:val="00E8571A"/>
    <w:rsid w:val="00EC69E7"/>
    <w:rsid w:val="00F02C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92D8A"/>
  <w14:defaultImageDpi w14:val="300"/>
  <w15:docId w15:val="{39F5E3B2-E0F0-4DC2-895C-E2CD3DE9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A5F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tions-nt@perpetualwealth.com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243</Words>
  <Characters>1919</Characters>
  <Application>Microsoft Office Word</Application>
  <DocSecurity>0</DocSecurity>
  <Lines>91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Prudence Foster</cp:lastModifiedBy>
  <cp:revision>7</cp:revision>
  <dcterms:created xsi:type="dcterms:W3CDTF">2025-10-16T04:34:00Z</dcterms:created>
  <dcterms:modified xsi:type="dcterms:W3CDTF">2026-10-19T01:55:00Z</dcterms:modified>
  <cp:category/>
</cp:coreProperties>
</file>